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(איקס-עיגול) ואת כלל הבחירה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המושג "אחריות" ברמות קושי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משימה אישית חדשה בנושא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 ותוכנו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המשבצת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 הבחירה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חייבים לבחור שורה, עמודה או אלכסון כמו באיקס-עיגול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המשבצת האמצעית היא תמיד משימת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במשימת הציור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גם ציור, שיחה, יצירה, תנועה ומשחק ודיגיטל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רמות וסוגי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(משימה קלה ומבוא לנושא)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(משימה עם דילמה או רמת קושי בינונית)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(משימה מאתגרת שדורשת תכנון או ניתוח)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(משימה שכולם חייבים לבחור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(תכנון מיזם אחריות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לפי תוכן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להאשים זה להצביע על מישהו אחר כאשם, לקחת אחריות זה להודות ולתקן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משבצת חדשה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רמת קושי וסוג משימה מתאימים, מנסח/ת משימה ברורה וקשורה לנושא אחריות, עם הנחיה מעשית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שרמת בסיסי קלה יותר ומתקדם מאתגר ודורש יותר 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מיזם אחריות לכיתה או שיחה לשכבה צעירה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המשימה המרכזית שמחברת בין כל הבחירות האפשריות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הלוח בכיתה ולבקש מהתלמידים לבחור קו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נפרד למשימה הפתוחה בסוף ולאפשר שיתוף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להכיר לוח בחירה בנושא אחריות, הבנוי כמו משחק איקס-עיגול עם תשע משבצות ברמות קושי שונות. נבדוק את מבנה הלוח ונתרגל גם את התוכן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 ותוכנו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משבצות יש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משבצת היא תמיד משימת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משבצת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המשבצת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משבצת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משבצות בוחרים לפי הכלל 'שורה, עמודה או אלכסון'?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מסמן את המשימה הקלה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במשימת הכתיבה הבסיסית מבקשים לכתוב כמה דברים שאחראים עליהם?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הנושא המרכזי של לוח הדוגמה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בנוי כמו משחק איקס-עיגול, עם בחירה של שורה, עמודה או 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כל שלוש משבצות בלוח, גם אם הן לא מסודרות בשורה.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היא תמיד משימת רשות, ואפשר לדלג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המתקדמת בנושא שיחה היא הכנת שיחה לשכבה צעירה על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המשימות מבקשת לצייר מעגלי אחריות: אני, משפחה, כיתה, 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המשימות בלוח הן מסוג כתיבה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רמות וסוגי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🟢 בסיסי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משימה מאתגרת שדורשת תכנון או ניתוח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🟡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משימה קלה ומבוא לנושא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🔴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משימה שכולם חייבים לבחור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תכנון מיזם אחריות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✂️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משימה עם דילמה או רמת קושי בינונית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 לפי תוכן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הכתיבה הבסיסית מבקשים לכתוב __________ דברים שאחראים עליהם ביום רגיל.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משימת הציור מבקשת לצייר מעגלי __________: אני, משפחה, כיתה, 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משימת התנועה נקראת שרשרת __________, וכל אחד מוסיף משימה אישית.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משימת הדיגיטל מבקשת לצלם __________ תמונות של אחריות בפעולה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המשימה היחידה שהיא חובה בלוח היא משימת ה__________ במשבצת המרכזית.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'להאשים' לבין 'לקחת אחריות'? תנו דוגמה אחת מהחיים.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תכנון משבצת חדשה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משבצת חדשה ללוח הבחירה בנושא אחריות: בחרו רמת קושי (🟢/🟡/🔴) וסוג משימה (כתיבה, ציור, שיחה, יצירה, תנועה ומשחק או דיגיטל), וכתבו את תוכן המשימה במדויק.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בסיסי לרמת מתקדם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מהלוח שעוסקת באחריות כלפי הקהילה.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לדעתכם המשבצת האמצעית היא תמיד חובה?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